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עולמי – 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כפר עולמי וגלובליזציה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תהליכי אי שוויון מרחבי ושינויים באוכלוסייה וביישובים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קשרים בין תחומי הלימוד השונים ביחידות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רעיון שהעולם הפך למחובר כמו כפר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הבדלים בתנאי חיים בין 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אנשים עוברים מהכפר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חקלאות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גלובליזציה מקרבת ומחברת בין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בדיוק אחד הביטויים של אי שוויון מרחבי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בדרך כלל יישוב עירוני גדול וצפוף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אנשים רבים עוברים לערים בחיפוש עבודה ושירותים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אזורים צפופים מאוד ואזורים דלילי אוכלוסין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יחידות לנושאים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(מבוא - החיים בעולם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(גלובליזציה מעצימה 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 שוויון מרחבי)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(אוכלוסייה במרחב)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(יישובים כפריים ועירוניים)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בגד שיוצר במדינה רחוקה, שיחת וידאו עם חבר בחו״ל, מוצר מזון מיובא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כפרי - קטן, עוסק בעיקר בחקלאות; עירוני - גדול, צפוף, מגוון תעסוקות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התלמיד מציין יתרון אחד (למשל חיבור, מסחר) וחיסרון אחד (למשל אי שוויון, אובדן תרבות מקומית) בלשון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עולם מחובר וקרוב כמו כפר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הבדל בהכנסה, בתשתיות או בגישה לשירותים בין 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כפרי-קטן וחקלאי, עירוני-גדול וצפוף ומגוון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אישית מחיי התלמידים לפני ההגדרות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חלק בדף ליחידה המתאימה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דיון קצר בכיתה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עולמי – 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העולם של היום מחובר ברשת קשרים הדוקה - טיסות, תקשורת וסחר מקרבים בין מקומות רחוקים. בדף זה נתרגל את המושגים המרכזיים הקשורים לתופעה הזו ולהשפעותיה על אוכלוסיות ויישובים.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כפר 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שהעולם הפך למחובר כמו כפר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כפר אמיתי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מפה גיאוגרפית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יחידת לימוד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תהליך מקרב בין מדינות בכלכלה ותרבות?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תיעוש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הכוונה באי שוויון מרחבי?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הבדלים בתנאי חיים בין אזורים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הבדל בגובה בין 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הבדל בשפות מדוברות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הבדל במספר המדינות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בתהליך עיור?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עוברים מהעיר לכפר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עוברים מהכפר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הכפרים גדלים יותר מהערים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שינוי באוכלוסייה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מאפיין בעיקר יישוב כפרי?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תעשייה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גורדי 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תחבורה ציבורית מסועפת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גורמת לכך שמקומות שונים בעולם נעשים פחות קשורים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שוויון מרחבי יכול להתבטא בהבדלים בהכנסה ובתשתיות בין אזורים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עירוני הוא תמיד קטן יותר מיישוב כפרי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עיור גרם לגידול משמעותי בערים הגדולות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אוכלוסיית העולם מתפזרת באופן אחיד לגמרי על פני כל היבשות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הרעיון שהעולם הפך למחובר כמו כפר אחד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התהליך שמקרב בין מדינות בכלכלה ובתרבות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הבדלים גדולים בתנאי חיים בין אזורים שונים נקראים __________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מקום מגורים גדול וצפוף הוא יישוב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מעבר של אוכלוסייה מכפרים לערים נקרא תהליך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יחידות לנושאים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יחידה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יישובים כפריים ועירוניים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יחידה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אוכלוסייה במרחב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יחידה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מבוא - החיים בעולם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יחידה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גלובליזציה מעצימה שינויים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יחידה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 שוויון מרחבי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מחיי היומיום שלכם המראה שהעולם הפך לכפר עולמי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יישוב כפרי ליישוב עירוני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איך לדעתכם הגלובליזציה משפיעה גם לטובה וגם לרעה על אנשים ברחבי העולם?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כפר 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לאי שוויון מרחבי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יישוב כפרי לעירוני?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כפר עולמי – גיאוגרפיה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